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שמות תואר ולהבדיל אותם משמות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נכונה של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היכולת למצוא מילה שלא שייכת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כיסא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ההגדרה של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שולחן הוא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מבטאים שווא 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גם שווא נע וגם שווא 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שם תואר מתאים לשם עצם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תמיד אפשר לבדוק מי לא מתאים לקבוצה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זורחת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(קטנה)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(מתוק)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גדול - בית גדול, יפה,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עצם הוא שם של דבר, שם תואר מתאר איך הדבר נראה או מרגיש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שמש זורחת בבוקר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שם תואר כמילה מתארת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בין שני סוגי השווא ברמה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מסוגל לתת דוגמה נכונה לכל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בכרטיסי מילים מודפסים כדי לתרגל מי לא שייך בעבודת צוותים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המילים עם השווא בקול רם יחד עם הכיתה כדי לתרגל הגייה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השאלות המסומנות ולהתמקד בזיהוי בסיסי של שם תואר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שמות תואר - מילים שמתארות איך דבר נראה או מרגיש, וגם נתרגל קריאה של מילים עם שווא.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הבאות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שם עצם ולא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לא שייך: אדום, כחול, ירוק, כיסא?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לא שייך: גבוה, רחב, שולחן, 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מילה יש שווא נע בתחילת המילה?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לא שייך: שמחה, עצובה, גדולה, 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הוא מילה שמתארת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'שולחן' היא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נע נשמע כמו חצי תנועה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מילה עם שווא יש רק שווא נח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'יפה' יכולה לתאר ילדה או ציור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למצוא מילה שלא שייכת בקבוצת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הקטן אכל תפוח __________ (צבע)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הכדור __________ וקופץ גבוה (תיאור של משהו עגול)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הבית הזה __________ מאוד, יש בו הרבה חדרים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השמש __________ בשמיים הכחולים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הילדה __________ כי קיבלה מתנה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בתחילת המילה 'שמש' יש אות עם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קטנה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נמלה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שהן שמות תואר, ולמילה אחת כתבו שם עצם שמתאים 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שם עצם לשם תואר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עם מילה שיש בה שווא נע בתחילתה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תואר?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שווא נע לשווא נח?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שהיא שם עצם ומילה אחת שהיא 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