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תואר ולהבדיל אותם משמות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היכולת למצוא מילה שלא שייכת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כיסא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ההגדרה של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שולחן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מבטאים שווא 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גם שווא נע וגם שווא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שם תואר מתאים לשם עצם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תמיד אפשר לבדוק מי לא מתאים לקבוצה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זורחת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(מתוק)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גדול - בית גדול, יפה,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עצם הוא שם של דבר, שם תואר מתאר איך הדבר נראה או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שמש זורחת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שם תואר כמילה מתארת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שני סוגי השווא ברמה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מסוגל לתת דוגמה נכונה לכל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 מילים מודפסים כדי לתרגל מי לא שייך בעבודת צוותים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המילים עם השווא בקול רם יחד עם הכיתה כדי לתרגל הגייה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ולהתמקד בזיהוי בסיסי של שם תואר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שמתארות דברים, ונלמד לקרוא מילים עם שווא (סימן קטן מתחת לאות).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למשל: גדול, 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שהיא שם של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קטן של שתי נקודות מתחת 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שנשמע כמו חצי תנועה, למשל בתחילת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ששותק ולא נשמע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שיש ביניהן דבר משותף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איך דבר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שם של מישהו ולא תיאור?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לא 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מתארת גודל?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מילה יש סימן שווא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לא תיאור של רגש או גודל?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מילה שמתארת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'שולחן'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נע נשמע כמו חצי 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מילה עם שווא יש רק שווא נח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'יפה' יכולה לתאר ילדה או ציור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למצוא מילה שלא שייכת בקבוצת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הקטן אכל תפוח __________ (צבע)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הכדור __________ וקופץ גבוה (תיאור של משהו עגול)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הבית הזה __________ מאוד, יש בו הרבה חדרים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השמש __________ בשמיים הכחולים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הילדה __________ כי קיבלה מתנה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בתחילת המילה 'שמש' יש אות עם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שהן שמות תואר, ולמילה אחת כתבו שם עצם שמתאים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עם מילה שיש בה שווא נע בתחילתה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שווא נע לשווא נח?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שהיא שם עצם ומילה אחת שהיא 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