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ולהבדיל אותם משמות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למצוא מילה שלא שייכת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כיסא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ההגדרה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מבטאים שווא 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זורחת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(קטנה)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גדול - בית גדול, יפה,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הוא שם של דבר, שם תואר מתאר איך הדבר נראה או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שם תואר כמילה 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שני סוגי השווא ברמה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מסוגל לתת דוגמה נכונה לכל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 מילים מודפסים כדי לתרגל מי לא שייך בעבודת צוותים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עם השווא בקול רם יחד עם הכיתה כדי לתרגל הגייה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ולהתמקד בזיהוי בסיסי של שם 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שמות תואר - מילים שמתארות איך דבר נראה או מרגיש, וגם נתרגל קריאה של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אדום  ·  זורחת  ·  עגול  ·  גדול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שם עצם ולא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לא שייך: אדום, כחול, ירוק, כיסא?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כיסא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'שולחן'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שווא נע נשמע כמו חצי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הקטן אכל תפוח __________ (צבע)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הכדור __________ וקופץ גבוה (תיאור של משהו עגול)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הבית הזה __________ מאוד, יש בו הרבה חדרים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השמש __________ בשמיים הכחולים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שהן שמות תואר, ולמילה אחת כתבו שם עצם שמתאים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שווא נע לשווא נח?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